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3EC3" w14:textId="77777777" w:rsidR="00D02690" w:rsidRDefault="00000000">
      <w:pPr>
        <w:jc w:val="center"/>
      </w:pPr>
      <w:r>
        <w:rPr>
          <w:b/>
          <w:sz w:val="34"/>
        </w:rPr>
        <w:t>KARTA ZGŁOSZENIA</w:t>
      </w:r>
    </w:p>
    <w:p w14:paraId="60E99695" w14:textId="77777777" w:rsidR="00D02690" w:rsidRDefault="00000000">
      <w:pPr>
        <w:jc w:val="center"/>
      </w:pPr>
      <w:r>
        <w:rPr>
          <w:b/>
          <w:sz w:val="28"/>
        </w:rPr>
        <w:t>KONKURS PIOSENKI RELIGIJNEJ</w:t>
      </w:r>
    </w:p>
    <w:p w14:paraId="7C42B781" w14:textId="77777777" w:rsidR="00D02690" w:rsidRDefault="00000000">
      <w:pPr>
        <w:jc w:val="center"/>
      </w:pPr>
      <w:r>
        <w:rPr>
          <w:b/>
        </w:rPr>
        <w:t>Sompolno, 3 października 2026 r.</w:t>
      </w:r>
    </w:p>
    <w:p w14:paraId="2686C6DA" w14:textId="77777777" w:rsidR="00D02690" w:rsidRDefault="00000000">
      <w:pPr>
        <w:jc w:val="center"/>
      </w:pPr>
      <w:r>
        <w:rPr>
          <w:b/>
        </w:rPr>
        <w:t xml:space="preserve">Organizatorzy: </w:t>
      </w:r>
      <w:r>
        <w:t>Miejsko-Gminny Ośrodek Kultury w Sompolnie im. Sabiny Graczyk</w:t>
      </w:r>
      <w:r>
        <w:br/>
        <w:t>Parafia św. Marii Magdaleny w Sompolnie</w:t>
      </w:r>
    </w:p>
    <w:p w14:paraId="1B875DC2" w14:textId="77777777" w:rsidR="00D02690" w:rsidRDefault="00000000">
      <w:r>
        <w:rPr>
          <w:b/>
          <w:sz w:val="22"/>
        </w:rPr>
        <w:t>1. Forma udziału</w:t>
      </w:r>
    </w:p>
    <w:p w14:paraId="332496AC" w14:textId="77777777" w:rsidR="00D02690" w:rsidRDefault="00000000">
      <w:r>
        <w:t>☐ SOLISTA        ☐ GRUPA WOKALNA (3–8 osób)</w:t>
      </w:r>
    </w:p>
    <w:p w14:paraId="1DB50AFF" w14:textId="77777777" w:rsidR="00D02690" w:rsidRDefault="00000000">
      <w:r>
        <w:rPr>
          <w:b/>
          <w:sz w:val="22"/>
        </w:rPr>
        <w:t>2. Kategoria wiekowa</w:t>
      </w:r>
    </w:p>
    <w:p w14:paraId="45738931" w14:textId="77777777" w:rsidR="00D02690" w:rsidRDefault="00000000">
      <w:r>
        <w:t>☐ Kategoria I – klasy I–III szkoły podstawowej</w:t>
      </w:r>
      <w:r>
        <w:br/>
        <w:t>☐ Kategoria II – klasy IV–VIII szkoły podstawowej</w:t>
      </w:r>
      <w:r>
        <w:br/>
        <w:t>☐ Kategoria III – młodzież szkół ponadpodstawowych i osoby dorosłe</w:t>
      </w:r>
    </w:p>
    <w:p w14:paraId="7C62EB3F" w14:textId="77777777" w:rsidR="00D02690" w:rsidRDefault="00000000">
      <w:r>
        <w:rPr>
          <w:b/>
          <w:sz w:val="22"/>
        </w:rPr>
        <w:t>3. Dane uczestnika / grupy</w:t>
      </w:r>
    </w:p>
    <w:p w14:paraId="79E7D6E8" w14:textId="77777777" w:rsidR="00D02690" w:rsidRDefault="00000000">
      <w:r>
        <w:rPr>
          <w:b/>
        </w:rPr>
        <w:t>Imię i nazwisko solisty / nazwa grupy:</w:t>
      </w:r>
      <w:r>
        <w:br/>
        <w:t>............................................................................................................................</w:t>
      </w:r>
    </w:p>
    <w:p w14:paraId="4E2C6868" w14:textId="77777777" w:rsidR="00D02690" w:rsidRDefault="00000000">
      <w:r>
        <w:rPr>
          <w:b/>
        </w:rPr>
        <w:t>Wiek / klasa:</w:t>
      </w:r>
      <w:r>
        <w:br/>
        <w:t>............................................................................................................................</w:t>
      </w:r>
    </w:p>
    <w:p w14:paraId="18AE4DCD" w14:textId="77777777" w:rsidR="00D02690" w:rsidRDefault="00000000">
      <w:r>
        <w:rPr>
          <w:b/>
        </w:rPr>
        <w:t>W przypadku grupy – imiona i nazwiska uczestników oraz wiek/klasa:</w:t>
      </w:r>
    </w:p>
    <w:p w14:paraId="71EB7A26" w14:textId="77777777" w:rsidR="00D02690" w:rsidRDefault="00000000">
      <w:r>
        <w:t>1. ........................................................................................................................</w:t>
      </w:r>
    </w:p>
    <w:p w14:paraId="71BA0B59" w14:textId="77777777" w:rsidR="00D02690" w:rsidRDefault="00000000">
      <w:r>
        <w:t>2. ........................................................................................................................</w:t>
      </w:r>
    </w:p>
    <w:p w14:paraId="095245CE" w14:textId="77777777" w:rsidR="00D02690" w:rsidRDefault="00000000">
      <w:r>
        <w:t>3. ........................................................................................................................</w:t>
      </w:r>
    </w:p>
    <w:p w14:paraId="344C95AD" w14:textId="77777777" w:rsidR="00D02690" w:rsidRDefault="00000000">
      <w:r>
        <w:t>4. ........................................................................................................................</w:t>
      </w:r>
    </w:p>
    <w:p w14:paraId="7916DD45" w14:textId="77777777" w:rsidR="00D02690" w:rsidRDefault="00000000">
      <w:r>
        <w:t>5. ........................................................................................................................</w:t>
      </w:r>
    </w:p>
    <w:p w14:paraId="7D338E95" w14:textId="77777777" w:rsidR="00D02690" w:rsidRDefault="00000000">
      <w:r>
        <w:t>6. ........................................................................................................................</w:t>
      </w:r>
    </w:p>
    <w:p w14:paraId="3DF1E756" w14:textId="77777777" w:rsidR="00D02690" w:rsidRDefault="00000000">
      <w:r>
        <w:t>7. ........................................................................................................................</w:t>
      </w:r>
    </w:p>
    <w:p w14:paraId="044495CD" w14:textId="77777777" w:rsidR="00D02690" w:rsidRDefault="00000000">
      <w:r>
        <w:t>8. ........................................................................................................................</w:t>
      </w:r>
    </w:p>
    <w:p w14:paraId="56339EDB" w14:textId="77777777" w:rsidR="00D02690" w:rsidRDefault="00000000">
      <w:r>
        <w:rPr>
          <w:b/>
          <w:sz w:val="22"/>
        </w:rPr>
        <w:t>4. Reprezentowana placówka</w:t>
      </w:r>
    </w:p>
    <w:p w14:paraId="1562190B" w14:textId="77777777" w:rsidR="00D02690" w:rsidRDefault="00000000">
      <w:r>
        <w:rPr>
          <w:b/>
        </w:rPr>
        <w:t>Nazwa szkoły / ośrodka kultury / parafii / innej placówki:</w:t>
      </w:r>
      <w:r>
        <w:br/>
        <w:t>............................................................................................................................</w:t>
      </w:r>
    </w:p>
    <w:p w14:paraId="6F677A88" w14:textId="77777777" w:rsidR="00D02690" w:rsidRDefault="00000000">
      <w:r>
        <w:rPr>
          <w:b/>
        </w:rPr>
        <w:t>Miejscowość:</w:t>
      </w:r>
      <w:r>
        <w:br/>
        <w:t>............................................................................................................................</w:t>
      </w:r>
    </w:p>
    <w:p w14:paraId="6FD4B4CE" w14:textId="77777777" w:rsidR="00D02690" w:rsidRDefault="00000000">
      <w:r>
        <w:rPr>
          <w:b/>
          <w:sz w:val="22"/>
        </w:rPr>
        <w:t>5. Repertuar</w:t>
      </w:r>
    </w:p>
    <w:p w14:paraId="4E293759" w14:textId="77777777" w:rsidR="00D02690" w:rsidRDefault="00000000">
      <w:r>
        <w:rPr>
          <w:b/>
        </w:rPr>
        <w:t>Tytuł wykonywanego utworu:</w:t>
      </w:r>
      <w:r>
        <w:br/>
        <w:t>............................................................................................................................</w:t>
      </w:r>
    </w:p>
    <w:p w14:paraId="1E3D3C8F" w14:textId="77777777" w:rsidR="00D02690" w:rsidRDefault="00000000">
      <w:r>
        <w:rPr>
          <w:b/>
        </w:rPr>
        <w:lastRenderedPageBreak/>
        <w:t>Autor / wykonawca oryginalny (jeżeli dotyczy):</w:t>
      </w:r>
      <w:r>
        <w:br/>
        <w:t>............................................................................................................................</w:t>
      </w:r>
    </w:p>
    <w:p w14:paraId="2E48EAA7" w14:textId="77777777" w:rsidR="00D02690" w:rsidRDefault="00000000">
      <w:r>
        <w:t>Sposób wykonania:   ☐ podkład muzyczny   ☐ akompaniament na żywo   ☐ a cappella</w:t>
      </w:r>
    </w:p>
    <w:p w14:paraId="3E5EE50E" w14:textId="77777777" w:rsidR="00D02690" w:rsidRDefault="00000000">
      <w:r>
        <w:rPr>
          <w:b/>
        </w:rPr>
        <w:t>Instrument / instrumenty (jeżeli dotyczy):</w:t>
      </w:r>
      <w:r>
        <w:br/>
        <w:t>............................................................................................................................</w:t>
      </w:r>
    </w:p>
    <w:p w14:paraId="59862280" w14:textId="77777777" w:rsidR="00D02690" w:rsidRDefault="00000000">
      <w:r>
        <w:rPr>
          <w:b/>
        </w:rPr>
        <w:t xml:space="preserve">Podkład muzyczny należy przesłać przed konkursem na: </w:t>
      </w:r>
      <w:r>
        <w:t>mgoksompolno@gmail.com</w:t>
      </w:r>
    </w:p>
    <w:p w14:paraId="09E66F3B" w14:textId="77777777" w:rsidR="00D02690" w:rsidRDefault="00000000">
      <w:r>
        <w:t>Nazwa pliku: imię i nazwisko solisty / nazwa grupy – tytuł utworu.</w:t>
      </w:r>
    </w:p>
    <w:p w14:paraId="6845DF08" w14:textId="77777777" w:rsidR="00D02690" w:rsidRDefault="00000000">
      <w:r>
        <w:rPr>
          <w:b/>
          <w:sz w:val="22"/>
        </w:rPr>
        <w:t>6. Opiekun / instruktor</w:t>
      </w:r>
    </w:p>
    <w:p w14:paraId="5B8A2360" w14:textId="77777777" w:rsidR="00D02690" w:rsidRDefault="00000000">
      <w:r>
        <w:rPr>
          <w:b/>
        </w:rPr>
        <w:t>Imię i nazwisko:</w:t>
      </w:r>
      <w:r>
        <w:br/>
        <w:t>............................................................................................................................</w:t>
      </w:r>
    </w:p>
    <w:p w14:paraId="5D7C022C" w14:textId="77777777" w:rsidR="00D02690" w:rsidRDefault="00000000">
      <w:r>
        <w:rPr>
          <w:b/>
        </w:rPr>
        <w:t>Telefon kontaktowy:</w:t>
      </w:r>
      <w:r>
        <w:br/>
        <w:t>............................................................................................................................</w:t>
      </w:r>
    </w:p>
    <w:p w14:paraId="796C4C30" w14:textId="77777777" w:rsidR="00D02690" w:rsidRDefault="00000000">
      <w:r>
        <w:rPr>
          <w:b/>
        </w:rPr>
        <w:t>Adres e-mail:</w:t>
      </w:r>
      <w:r>
        <w:br/>
        <w:t>............................................................................................................................</w:t>
      </w:r>
    </w:p>
    <w:p w14:paraId="4AB3D775" w14:textId="77777777" w:rsidR="00D02690" w:rsidRDefault="00000000">
      <w:r>
        <w:rPr>
          <w:b/>
          <w:sz w:val="22"/>
        </w:rPr>
        <w:t>7. Oświadczenie</w:t>
      </w:r>
    </w:p>
    <w:p w14:paraId="705D6D75" w14:textId="77777777" w:rsidR="00D02690" w:rsidRDefault="00000000">
      <w:r>
        <w:t>Oświadczam, że zapoznałem/am się z Regulaminem Konkursu Piosenki Religijnej i akceptuję jego postanowienia oraz że dane podane w karcie zgłoszenia są zgodne z prawdą.</w:t>
      </w:r>
    </w:p>
    <w:p w14:paraId="4B3D060F" w14:textId="77777777" w:rsidR="00D02690" w:rsidRDefault="00000000">
      <w:r>
        <w:rPr>
          <w:b/>
        </w:rPr>
        <w:t>Miejscowość i data:</w:t>
      </w:r>
      <w:r>
        <w:br/>
        <w:t>............................................................................................................................</w:t>
      </w:r>
    </w:p>
    <w:p w14:paraId="7F1E3E4B" w14:textId="77777777" w:rsidR="00D02690" w:rsidRDefault="00000000">
      <w:r>
        <w:rPr>
          <w:b/>
        </w:rPr>
        <w:t>Czytelny podpis uczestnika pełnoletniego / rodzica lub opiekuna prawnego:</w:t>
      </w:r>
      <w:r>
        <w:br/>
        <w:t>............................................................................................................................</w:t>
      </w:r>
    </w:p>
    <w:p w14:paraId="4648C313" w14:textId="77777777" w:rsidR="00D02690" w:rsidRDefault="00000000">
      <w:r>
        <w:rPr>
          <w:b/>
          <w:sz w:val="22"/>
        </w:rPr>
        <w:t>8. Zgoda na udział osoby niepełnoletniej</w:t>
      </w:r>
    </w:p>
    <w:p w14:paraId="7070853E" w14:textId="77777777" w:rsidR="00D02690" w:rsidRDefault="00000000">
      <w:r>
        <w:t>Wyrażam zgodę na udział mojego dziecka / podopiecznego w Konkursie Piosenki Religijnej organizowanym przez Miejsko-Gminny Ośrodek Kultury w Sompolnie im. Sabiny Graczyk oraz Parafię św. Marii Magdaleny w Sompolnie.</w:t>
      </w:r>
    </w:p>
    <w:p w14:paraId="27B49775" w14:textId="77777777" w:rsidR="00D02690" w:rsidRDefault="00000000">
      <w:r>
        <w:rPr>
          <w:b/>
        </w:rPr>
        <w:t>Imię i nazwisko rodzica / opiekuna prawnego:</w:t>
      </w:r>
      <w:r>
        <w:br/>
        <w:t>............................................................................................................................</w:t>
      </w:r>
    </w:p>
    <w:p w14:paraId="562327C3" w14:textId="77777777" w:rsidR="00D02690" w:rsidRDefault="00000000">
      <w:r>
        <w:rPr>
          <w:b/>
        </w:rPr>
        <w:t>Data i podpis:</w:t>
      </w:r>
      <w:r>
        <w:br/>
        <w:t>............................................................................................................................</w:t>
      </w:r>
    </w:p>
    <w:p w14:paraId="1DB94FE4" w14:textId="77777777" w:rsidR="00D02690" w:rsidRDefault="00000000">
      <w:r>
        <w:rPr>
          <w:b/>
          <w:sz w:val="22"/>
        </w:rPr>
        <w:t>9. Zgoda na wykorzystanie wizerunku</w:t>
      </w:r>
    </w:p>
    <w:p w14:paraId="693A8E74" w14:textId="77777777" w:rsidR="00D02690" w:rsidRDefault="00000000">
      <w:r>
        <w:t>Wyrażam zgodę na nieodpłatne utrwalanie oraz wykorzystanie wizerunku uczestnika w postaci fotografii i nagrań wykonanych podczas konkursu oraz występu finalistów podczas Dni Papieskich, w celach dokumentacyjnych, informacyjnych i promocyjnych Organizatorów, zgodnie z obowiązującymi przepisami.</w:t>
      </w:r>
    </w:p>
    <w:p w14:paraId="0677F3ED" w14:textId="77777777" w:rsidR="00D02690" w:rsidRDefault="00000000">
      <w:r>
        <w:t>☐ WYRAŻAM ZGODĘ        ☐ NIE WYRAŻAM ZGODY</w:t>
      </w:r>
    </w:p>
    <w:p w14:paraId="42D58145" w14:textId="77777777" w:rsidR="00D02690" w:rsidRDefault="00000000">
      <w:r>
        <w:rPr>
          <w:b/>
        </w:rPr>
        <w:t>Data i czytelny podpis uczestnika pełnoletniego / rodzica lub opiekuna prawnego:</w:t>
      </w:r>
      <w:r>
        <w:br/>
        <w:t>............................................................................................................................</w:t>
      </w:r>
    </w:p>
    <w:p w14:paraId="7F6232E4" w14:textId="77777777" w:rsidR="00666CF8" w:rsidRDefault="00666CF8">
      <w:pPr>
        <w:rPr>
          <w:b/>
          <w:sz w:val="22"/>
        </w:rPr>
      </w:pPr>
    </w:p>
    <w:p w14:paraId="13CD1A6C" w14:textId="4778C674" w:rsidR="00D02690" w:rsidRDefault="00000000">
      <w:r>
        <w:rPr>
          <w:b/>
          <w:sz w:val="22"/>
        </w:rPr>
        <w:lastRenderedPageBreak/>
        <w:t>WAŻNE TERMINY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D02690" w14:paraId="690C12FE" w14:textId="77777777">
        <w:tc>
          <w:tcPr>
            <w:tcW w:w="5100" w:type="dxa"/>
            <w:vAlign w:val="center"/>
          </w:tcPr>
          <w:p w14:paraId="3E7B595B" w14:textId="77777777" w:rsidR="00D02690" w:rsidRDefault="00000000">
            <w:r>
              <w:t>15 września 2026 r.</w:t>
            </w:r>
          </w:p>
        </w:tc>
        <w:tc>
          <w:tcPr>
            <w:tcW w:w="5100" w:type="dxa"/>
            <w:vAlign w:val="center"/>
          </w:tcPr>
          <w:p w14:paraId="1D1FD3C6" w14:textId="77777777" w:rsidR="00D02690" w:rsidRDefault="00000000">
            <w:r>
              <w:t>Termin nadsyłania zgłoszeń</w:t>
            </w:r>
          </w:p>
        </w:tc>
      </w:tr>
      <w:tr w:rsidR="00D02690" w14:paraId="1A373DB3" w14:textId="77777777">
        <w:tc>
          <w:tcPr>
            <w:tcW w:w="5100" w:type="dxa"/>
            <w:vAlign w:val="center"/>
          </w:tcPr>
          <w:p w14:paraId="0F417FBB" w14:textId="77777777" w:rsidR="00D02690" w:rsidRDefault="00000000">
            <w:r>
              <w:t>3 października 2026 r.</w:t>
            </w:r>
          </w:p>
        </w:tc>
        <w:tc>
          <w:tcPr>
            <w:tcW w:w="5100" w:type="dxa"/>
            <w:vAlign w:val="center"/>
          </w:tcPr>
          <w:p w14:paraId="5ECDDA29" w14:textId="77777777" w:rsidR="00D02690" w:rsidRDefault="00000000">
            <w:r>
              <w:t>Konkurs – sala widowiskowa MGOK w Sompolnie, Plac Wolności 26</w:t>
            </w:r>
          </w:p>
        </w:tc>
      </w:tr>
      <w:tr w:rsidR="00D02690" w14:paraId="2CDA425A" w14:textId="77777777">
        <w:tc>
          <w:tcPr>
            <w:tcW w:w="5100" w:type="dxa"/>
            <w:vAlign w:val="center"/>
          </w:tcPr>
          <w:p w14:paraId="5446B798" w14:textId="77777777" w:rsidR="00D02690" w:rsidRDefault="00000000">
            <w:r>
              <w:t>11 października 2026 r.</w:t>
            </w:r>
          </w:p>
        </w:tc>
        <w:tc>
          <w:tcPr>
            <w:tcW w:w="5100" w:type="dxa"/>
            <w:vAlign w:val="center"/>
          </w:tcPr>
          <w:p w14:paraId="37FE2B92" w14:textId="77777777" w:rsidR="00D02690" w:rsidRDefault="00000000">
            <w:r>
              <w:t>Występ finalistów podczas Dni Papieskich – Parafia św. Marii Magdaleny w Sompolnie</w:t>
            </w:r>
          </w:p>
        </w:tc>
      </w:tr>
    </w:tbl>
    <w:p w14:paraId="4C304705" w14:textId="77777777" w:rsidR="00D02690" w:rsidRDefault="00000000">
      <w:pPr>
        <w:jc w:val="center"/>
      </w:pPr>
      <w:r>
        <w:rPr>
          <w:b/>
        </w:rPr>
        <w:t>Zgłoszenia i podkłady: mgoksompolno@gmail.com</w:t>
      </w:r>
    </w:p>
    <w:sectPr w:rsidR="00D02690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7932511">
    <w:abstractNumId w:val="8"/>
  </w:num>
  <w:num w:numId="2" w16cid:durableId="748115294">
    <w:abstractNumId w:val="6"/>
  </w:num>
  <w:num w:numId="3" w16cid:durableId="1786389681">
    <w:abstractNumId w:val="5"/>
  </w:num>
  <w:num w:numId="4" w16cid:durableId="1474829408">
    <w:abstractNumId w:val="4"/>
  </w:num>
  <w:num w:numId="5" w16cid:durableId="2070225281">
    <w:abstractNumId w:val="7"/>
  </w:num>
  <w:num w:numId="6" w16cid:durableId="1179195846">
    <w:abstractNumId w:val="3"/>
  </w:num>
  <w:num w:numId="7" w16cid:durableId="1942833037">
    <w:abstractNumId w:val="2"/>
  </w:num>
  <w:num w:numId="8" w16cid:durableId="1928877491">
    <w:abstractNumId w:val="1"/>
  </w:num>
  <w:num w:numId="9" w16cid:durableId="282468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2DCD"/>
    <w:rsid w:val="00666CF8"/>
    <w:rsid w:val="00AA1D8D"/>
    <w:rsid w:val="00B47730"/>
    <w:rsid w:val="00CB0664"/>
    <w:rsid w:val="00D026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08156D"/>
  <w14:defaultImageDpi w14:val="300"/>
  <w15:docId w15:val="{EF5EFB29-2E94-4830-B07F-B4580AE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M-GOK</cp:lastModifiedBy>
  <cp:revision>2</cp:revision>
  <dcterms:created xsi:type="dcterms:W3CDTF">2013-12-23T23:15:00Z</dcterms:created>
  <dcterms:modified xsi:type="dcterms:W3CDTF">2026-09-01T07:17:00Z</dcterms:modified>
  <cp:category/>
</cp:coreProperties>
</file>